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03E6A"/>
          <w:sz w:val="24"/>
        </w:rPr>
        <w:t>CENTRO SANITARIO / CONSULTA</w:t>
      </w:r>
    </w:p>
    <w:p>
      <w:r>
        <w:rPr>
          <w:color w:val="5A6473"/>
          <w:sz w:val="16"/>
        </w:rPr>
        <w:t>Dirección · Localidad · Teléfono</w:t>
      </w:r>
      <w:r>
        <w:rPr>
          <w:color w:val="5A6473"/>
          <w:sz w:val="16"/>
        </w:rPr>
        <w:br/>
        <w:t>Servicio de salud de referencia: Departamento de Sanidad de Aragón (SALUD)</w:t>
      </w:r>
    </w:p>
    <w:p>
      <w:pPr>
        <w:jc w:val="center"/>
      </w:pPr>
      <w:r>
        <w:rPr>
          <w:b/>
          <w:color w:val="103E6A"/>
          <w:sz w:val="26"/>
        </w:rPr>
        <w:t>JUSTIFICANTE DE ASISTENCIA MÉDICA</w:t>
      </w:r>
    </w:p>
    <w:p>
      <w:pPr>
        <w:jc w:val="center"/>
      </w:pPr>
      <w:r>
        <w:rPr>
          <w:color w:val="5A6473"/>
          <w:sz w:val="18"/>
        </w:rPr>
        <w:t>Justificante de asistencia médica</w:t>
      </w:r>
    </w:p>
    <w:p>
      <w:r>
        <w:rPr>
          <w:b/>
          <w:color w:val="103E6A"/>
          <w:sz w:val="18"/>
        </w:rPr>
        <w:t>DATOS DEL PACIENTE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DNI / NIE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 de nacimiento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historia clínica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 LA ASISTENCIA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Hora de entrada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Hora de salida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Servicio o especialidad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Centro sanitario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Localidad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DEL FACULTATIVO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colegiado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sz w:val="18"/>
        </w:rPr>
        <w:t>El/la facultativo/a que suscribe CERTIFICA que el/la paciente arriba indicado/a ha sido atendido/a en este centro en la fecha y hora indicadas, a los efectos que estime oportunos.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FIRMA Y SELLO DEL FACULTATIVO</w:t>
            </w:r>
          </w:p>
          <w:p/>
          <w:p/>
          <w:p/>
          <w:p>
            <w:r>
              <w:rPr>
                <w:color w:val="5A6473"/>
                <w:sz w:val="16"/>
              </w:rPr>
              <w:t>Fdo.: ______________________</w:t>
            </w:r>
          </w:p>
        </w:tc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SELLO DEL CENTRO SANITARIO</w:t>
            </w:r>
          </w:p>
          <w:p/>
          <w:p/>
          <w:p/>
          <w:p>
            <w:r>
              <w:rPr>
                <w:color w:val="5A6473"/>
                <w:sz w:val="16"/>
              </w:rPr>
              <w:t>(espacio reservado al sello)</w:t>
            </w:r>
          </w:p>
        </w:tc>
      </w:tr>
    </w:tbl>
    <w:p>
      <w:pPr>
        <w:jc w:val="center"/>
      </w:pPr>
      <w:r>
        <w:rPr>
          <w:color w:val="969DA8"/>
          <w:sz w:val="14"/>
        </w:rPr>
        <w:t>Justificante de asistencia médica · Formato adaptado a Aragón</w:t>
      </w:r>
    </w:p>
    <w:sectPr w:rsidR="00FC693F" w:rsidRPr="0006063C" w:rsidSect="00034616">
      <w:pgSz w:w="11906" w:h="16838"/>
      <w:pgMar w:top="794" w:right="1020" w:bottom="62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