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Servei Català de la Salut (CatSalut)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Catalunya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