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Servicio Extremeño de Salud (SES)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Extremadura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